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4D56C" w14:textId="667EAFFC" w:rsidR="00171360" w:rsidRDefault="00000000" w:rsidP="003A4F13">
      <w:pPr>
        <w:pStyle w:val="Heading1"/>
        <w:jc w:val="center"/>
        <w:rPr>
          <w:color w:val="7030A0"/>
        </w:rPr>
      </w:pPr>
      <w:r w:rsidRPr="003A4F13">
        <w:rPr>
          <w:color w:val="7030A0"/>
        </w:rPr>
        <w:t>9</w:t>
      </w:r>
      <w:r w:rsidR="009606DE">
        <w:rPr>
          <w:color w:val="7030A0"/>
        </w:rPr>
        <w:t>8</w:t>
      </w:r>
      <w:r w:rsidRPr="003A4F13">
        <w:rPr>
          <w:color w:val="7030A0"/>
        </w:rPr>
        <w:t>th Parade Participant Application</w:t>
      </w:r>
    </w:p>
    <w:p w14:paraId="1080CD58" w14:textId="77777777" w:rsidR="003A4F13" w:rsidRPr="003A4F13" w:rsidRDefault="003A4F13" w:rsidP="003A4F13"/>
    <w:p w14:paraId="560C76BC" w14:textId="13AA7E4B" w:rsidR="00171360" w:rsidRPr="003A4F13" w:rsidRDefault="00000000" w:rsidP="003A4F13">
      <w:pPr>
        <w:jc w:val="center"/>
        <w:rPr>
          <w:b/>
          <w:bCs/>
          <w:sz w:val="24"/>
          <w:szCs w:val="24"/>
        </w:rPr>
      </w:pPr>
      <w:r w:rsidRPr="003A4F13">
        <w:rPr>
          <w:b/>
          <w:bCs/>
          <w:sz w:val="24"/>
          <w:szCs w:val="24"/>
        </w:rPr>
        <w:t>Phillis Wheatley High School</w:t>
      </w:r>
      <w:r w:rsidRPr="003A4F13">
        <w:rPr>
          <w:b/>
          <w:bCs/>
          <w:sz w:val="24"/>
          <w:szCs w:val="24"/>
        </w:rPr>
        <w:br/>
        <w:t>9</w:t>
      </w:r>
      <w:r w:rsidR="009606DE">
        <w:rPr>
          <w:b/>
          <w:bCs/>
          <w:sz w:val="24"/>
          <w:szCs w:val="24"/>
        </w:rPr>
        <w:t>8</w:t>
      </w:r>
      <w:r w:rsidRPr="003A4F13">
        <w:rPr>
          <w:b/>
          <w:bCs/>
          <w:sz w:val="24"/>
          <w:szCs w:val="24"/>
        </w:rPr>
        <w:t>th Annual Homecoming Parade</w:t>
      </w:r>
    </w:p>
    <w:p w14:paraId="3733F6B8" w14:textId="69BB7588" w:rsidR="00171360" w:rsidRPr="003A4F13" w:rsidRDefault="00000000" w:rsidP="003A4F13">
      <w:pPr>
        <w:jc w:val="center"/>
        <w:rPr>
          <w:b/>
          <w:bCs/>
          <w:sz w:val="24"/>
          <w:szCs w:val="24"/>
        </w:rPr>
      </w:pPr>
      <w:r w:rsidRPr="003A4F13">
        <w:rPr>
          <w:b/>
          <w:bCs/>
          <w:sz w:val="24"/>
          <w:szCs w:val="24"/>
        </w:rPr>
        <w:t>4801 Providence Street, Houston TX 77020 (713) 671-3900</w:t>
      </w:r>
    </w:p>
    <w:p w14:paraId="5F8CC450" w14:textId="40B3703D" w:rsidR="00171360" w:rsidRDefault="00000000" w:rsidP="003A4F13">
      <w:pPr>
        <w:jc w:val="center"/>
        <w:rPr>
          <w:b/>
          <w:bCs/>
          <w:sz w:val="24"/>
          <w:szCs w:val="24"/>
        </w:rPr>
      </w:pPr>
      <w:r w:rsidRPr="003A4F13">
        <w:rPr>
          <w:b/>
          <w:bCs/>
          <w:sz w:val="24"/>
          <w:szCs w:val="24"/>
        </w:rPr>
        <w:t xml:space="preserve">Saturday, November </w:t>
      </w:r>
      <w:r w:rsidR="003A4F13" w:rsidRPr="003A4F13">
        <w:rPr>
          <w:b/>
          <w:bCs/>
          <w:sz w:val="24"/>
          <w:szCs w:val="24"/>
        </w:rPr>
        <w:t>8</w:t>
      </w:r>
      <w:r w:rsidRPr="003A4F13">
        <w:rPr>
          <w:b/>
          <w:bCs/>
          <w:sz w:val="24"/>
          <w:szCs w:val="24"/>
        </w:rPr>
        <w:t>th, 202</w:t>
      </w:r>
      <w:r w:rsidR="003A4F13" w:rsidRPr="003A4F13">
        <w:rPr>
          <w:b/>
          <w:bCs/>
          <w:sz w:val="24"/>
          <w:szCs w:val="24"/>
        </w:rPr>
        <w:t>5</w:t>
      </w:r>
      <w:r w:rsidRPr="003A4F13">
        <w:rPr>
          <w:b/>
          <w:bCs/>
          <w:sz w:val="24"/>
          <w:szCs w:val="24"/>
        </w:rPr>
        <w:br/>
        <w:t>10:00 a.m.</w:t>
      </w:r>
    </w:p>
    <w:p w14:paraId="1BE2AD6C" w14:textId="77777777" w:rsidR="003A4F13" w:rsidRPr="003A4F13" w:rsidRDefault="00000000" w:rsidP="003A4F13">
      <w:pPr>
        <w:jc w:val="center"/>
        <w:rPr>
          <w:b/>
          <w:bCs/>
          <w:sz w:val="24"/>
          <w:szCs w:val="24"/>
        </w:rPr>
      </w:pPr>
      <w:r w:rsidRPr="003A4F13">
        <w:rPr>
          <w:b/>
          <w:bCs/>
          <w:sz w:val="24"/>
          <w:szCs w:val="24"/>
        </w:rPr>
        <w:t>Come and be a part of Phillis Wheatley 9</w:t>
      </w:r>
      <w:r w:rsidR="003A4F13" w:rsidRPr="003A4F13">
        <w:rPr>
          <w:b/>
          <w:bCs/>
          <w:sz w:val="24"/>
          <w:szCs w:val="24"/>
        </w:rPr>
        <w:t>8</w:t>
      </w:r>
      <w:r w:rsidRPr="003A4F13">
        <w:rPr>
          <w:b/>
          <w:bCs/>
          <w:sz w:val="24"/>
          <w:szCs w:val="24"/>
        </w:rPr>
        <w:t>th Annual Homecoming Parade</w:t>
      </w:r>
    </w:p>
    <w:p w14:paraId="732C030D" w14:textId="77777777" w:rsidR="003A4F13" w:rsidRDefault="003A4F13" w:rsidP="003A4F13">
      <w:pPr>
        <w:jc w:val="center"/>
      </w:pPr>
    </w:p>
    <w:p w14:paraId="032454C6" w14:textId="66BEBFB3" w:rsidR="003A4F13" w:rsidRDefault="003A4F13" w:rsidP="003A4F13">
      <w:pPr>
        <w:jc w:val="center"/>
      </w:pPr>
      <w:r>
        <w:rPr>
          <w:noProof/>
        </w:rPr>
        <w:drawing>
          <wp:inline distT="0" distB="0" distL="0" distR="0" wp14:anchorId="2D0E6787" wp14:editId="04CEB43F">
            <wp:extent cx="2146300" cy="2146300"/>
            <wp:effectExtent l="0" t="0" r="6350" b="6350"/>
            <wp:docPr id="554700548" name="Picture 2" descr="Phillis Wheatley High School | Ea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illis Wheatley High School | East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6300" cy="2146300"/>
                    </a:xfrm>
                    <a:prstGeom prst="rect">
                      <a:avLst/>
                    </a:prstGeom>
                    <a:noFill/>
                    <a:ln>
                      <a:noFill/>
                    </a:ln>
                  </pic:spPr>
                </pic:pic>
              </a:graphicData>
            </a:graphic>
          </wp:inline>
        </w:drawing>
      </w:r>
    </w:p>
    <w:p w14:paraId="3654183D" w14:textId="7DA6C04D" w:rsidR="00171360" w:rsidRPr="003A4F13" w:rsidRDefault="00000000" w:rsidP="003A4F13">
      <w:pPr>
        <w:jc w:val="center"/>
        <w:rPr>
          <w:b/>
          <w:bCs/>
          <w:sz w:val="24"/>
          <w:szCs w:val="24"/>
        </w:rPr>
      </w:pPr>
      <w:r>
        <w:br/>
      </w:r>
      <w:r>
        <w:br/>
      </w:r>
      <w:r w:rsidRPr="003A4F13">
        <w:rPr>
          <w:b/>
          <w:bCs/>
          <w:sz w:val="24"/>
          <w:szCs w:val="24"/>
        </w:rPr>
        <w:t>NO ENTRY FEE</w:t>
      </w:r>
      <w:r w:rsidRPr="003A4F13">
        <w:rPr>
          <w:b/>
          <w:bCs/>
          <w:sz w:val="24"/>
          <w:szCs w:val="24"/>
        </w:rPr>
        <w:br/>
        <w:t>(Participants must sign up and provide a copy of their insurance to participate) What a great way to promote your community, your business or your organization!</w:t>
      </w:r>
    </w:p>
    <w:p w14:paraId="13890029" w14:textId="5882A5C0" w:rsidR="003A4F13" w:rsidRPr="003A4F13" w:rsidRDefault="00000000" w:rsidP="003A4F13">
      <w:pPr>
        <w:jc w:val="center"/>
        <w:rPr>
          <w:b/>
          <w:bCs/>
          <w:sz w:val="24"/>
          <w:szCs w:val="24"/>
        </w:rPr>
      </w:pPr>
      <w:r w:rsidRPr="003A4F13">
        <w:rPr>
          <w:b/>
          <w:bCs/>
          <w:sz w:val="24"/>
          <w:szCs w:val="24"/>
        </w:rPr>
        <w:t>Please return your entry forms to:</w:t>
      </w:r>
      <w:r w:rsidRPr="003A4F13">
        <w:rPr>
          <w:b/>
          <w:bCs/>
          <w:sz w:val="24"/>
          <w:szCs w:val="24"/>
        </w:rPr>
        <w:br/>
        <w:t>Phillis Wheatley High School (Homecoming Committee)</w:t>
      </w:r>
      <w:r w:rsidRPr="003A4F13">
        <w:rPr>
          <w:b/>
          <w:bCs/>
          <w:sz w:val="24"/>
          <w:szCs w:val="24"/>
        </w:rPr>
        <w:br/>
        <w:t xml:space="preserve">Email: </w:t>
      </w:r>
      <w:r w:rsidR="003A4F13" w:rsidRPr="003A4F13">
        <w:rPr>
          <w:b/>
          <w:bCs/>
          <w:sz w:val="24"/>
          <w:szCs w:val="24"/>
        </w:rPr>
        <w:t>Courtney.reed</w:t>
      </w:r>
      <w:r w:rsidRPr="003A4F13">
        <w:rPr>
          <w:b/>
          <w:bCs/>
          <w:sz w:val="24"/>
          <w:szCs w:val="24"/>
        </w:rPr>
        <w:t>@houstonisd.org or mail to</w:t>
      </w:r>
      <w:r w:rsidRPr="003A4F13">
        <w:rPr>
          <w:b/>
          <w:bCs/>
          <w:sz w:val="24"/>
          <w:szCs w:val="24"/>
        </w:rPr>
        <w:br/>
        <w:t>4801 Providence Street ~ Houston, Texas 77020</w:t>
      </w:r>
      <w:r w:rsidRPr="003A4F13">
        <w:rPr>
          <w:b/>
          <w:bCs/>
          <w:sz w:val="24"/>
          <w:szCs w:val="24"/>
        </w:rPr>
        <w:br/>
        <w:t xml:space="preserve">Email Insurance Information: </w:t>
      </w:r>
      <w:r w:rsidR="003A4F13">
        <w:rPr>
          <w:b/>
          <w:bCs/>
          <w:sz w:val="24"/>
          <w:szCs w:val="24"/>
        </w:rPr>
        <w:t>Courtney.reed</w:t>
      </w:r>
      <w:r w:rsidRPr="003A4F13">
        <w:rPr>
          <w:b/>
          <w:bCs/>
          <w:sz w:val="24"/>
          <w:szCs w:val="24"/>
        </w:rPr>
        <w:t>@houstonisd.org</w:t>
      </w:r>
      <w:r w:rsidRPr="003A4F13">
        <w:rPr>
          <w:b/>
          <w:bCs/>
          <w:sz w:val="24"/>
          <w:szCs w:val="24"/>
        </w:rPr>
        <w:br/>
      </w:r>
      <w:r w:rsidRPr="003A4F13">
        <w:rPr>
          <w:b/>
          <w:bCs/>
          <w:sz w:val="24"/>
          <w:szCs w:val="24"/>
        </w:rPr>
        <w:br/>
        <w:t xml:space="preserve">DEADLINE FOR ENTRY FORMS IS </w:t>
      </w:r>
      <w:r w:rsidR="003A4F13" w:rsidRPr="003A4F13">
        <w:rPr>
          <w:b/>
          <w:bCs/>
          <w:sz w:val="24"/>
          <w:szCs w:val="24"/>
        </w:rPr>
        <w:t>WEDNES</w:t>
      </w:r>
      <w:r w:rsidRPr="003A4F13">
        <w:rPr>
          <w:b/>
          <w:bCs/>
          <w:sz w:val="24"/>
          <w:szCs w:val="24"/>
        </w:rPr>
        <w:t xml:space="preserve">DAY, NOVEMBER </w:t>
      </w:r>
      <w:r w:rsidR="003A4F13" w:rsidRPr="003A4F13">
        <w:rPr>
          <w:b/>
          <w:bCs/>
          <w:sz w:val="24"/>
          <w:szCs w:val="24"/>
        </w:rPr>
        <w:t>5</w:t>
      </w:r>
      <w:r w:rsidRPr="003A4F13">
        <w:rPr>
          <w:b/>
          <w:bCs/>
          <w:sz w:val="24"/>
          <w:szCs w:val="24"/>
        </w:rPr>
        <w:t>, 202</w:t>
      </w:r>
      <w:r w:rsidR="003A4F13">
        <w:rPr>
          <w:b/>
          <w:bCs/>
          <w:sz w:val="24"/>
          <w:szCs w:val="24"/>
        </w:rPr>
        <w:t>5</w:t>
      </w:r>
    </w:p>
    <w:p w14:paraId="5C2C47C8" w14:textId="77777777" w:rsidR="00171360" w:rsidRPr="009606DE" w:rsidRDefault="00000000">
      <w:pPr>
        <w:pStyle w:val="Heading2"/>
        <w:rPr>
          <w:color w:val="7030A0"/>
          <w:sz w:val="24"/>
          <w:szCs w:val="24"/>
        </w:rPr>
      </w:pPr>
      <w:r w:rsidRPr="009606DE">
        <w:rPr>
          <w:color w:val="7030A0"/>
          <w:sz w:val="24"/>
          <w:szCs w:val="24"/>
        </w:rPr>
        <w:lastRenderedPageBreak/>
        <w:t>Parade Schedule</w:t>
      </w:r>
    </w:p>
    <w:p w14:paraId="29CAAE35" w14:textId="77777777" w:rsidR="00171360" w:rsidRPr="009606DE" w:rsidRDefault="00000000">
      <w:pPr>
        <w:rPr>
          <w:sz w:val="24"/>
          <w:szCs w:val="24"/>
        </w:rPr>
      </w:pPr>
      <w:r w:rsidRPr="009606DE">
        <w:rPr>
          <w:sz w:val="24"/>
          <w:szCs w:val="24"/>
        </w:rPr>
        <w:t>CHECK-IN BEGINS 9:00 a.m.</w:t>
      </w:r>
      <w:r w:rsidRPr="009606DE">
        <w:rPr>
          <w:sz w:val="24"/>
          <w:szCs w:val="24"/>
        </w:rPr>
        <w:br/>
        <w:t>LINE UP STARTS 9:15 a.m.</w:t>
      </w:r>
      <w:r w:rsidRPr="009606DE">
        <w:rPr>
          <w:sz w:val="24"/>
          <w:szCs w:val="24"/>
        </w:rPr>
        <w:br/>
        <w:t>PARADE STARTS 10:00 a.m.</w:t>
      </w:r>
    </w:p>
    <w:p w14:paraId="5F89E5F8" w14:textId="77777777" w:rsidR="00171360" w:rsidRPr="009606DE" w:rsidRDefault="00000000">
      <w:pPr>
        <w:pStyle w:val="Heading2"/>
        <w:rPr>
          <w:color w:val="7030A0"/>
          <w:sz w:val="24"/>
          <w:szCs w:val="24"/>
        </w:rPr>
      </w:pPr>
      <w:r w:rsidRPr="009606DE">
        <w:rPr>
          <w:color w:val="7030A0"/>
          <w:sz w:val="24"/>
          <w:szCs w:val="24"/>
        </w:rPr>
        <w:t>Parade Route</w:t>
      </w:r>
    </w:p>
    <w:p w14:paraId="48483635" w14:textId="77777777" w:rsidR="00171360" w:rsidRPr="009606DE" w:rsidRDefault="00000000">
      <w:pPr>
        <w:rPr>
          <w:sz w:val="24"/>
          <w:szCs w:val="24"/>
        </w:rPr>
      </w:pPr>
      <w:r w:rsidRPr="009606DE">
        <w:rPr>
          <w:sz w:val="24"/>
          <w:szCs w:val="24"/>
        </w:rPr>
        <w:t>Staging in the parking lot of Miles Chapel Church on Lyons &amp; Waco. Parade will officially start at 4315 Lyons Ave and will continue east down Lyons. The route will turn south on Lockwood and then turn east on Sonora and end at the front of Wheatley High School, 4801 Providence St.</w:t>
      </w:r>
    </w:p>
    <w:p w14:paraId="1554644D" w14:textId="76F2C565" w:rsidR="00171360" w:rsidRPr="009606DE" w:rsidRDefault="00000000">
      <w:pPr>
        <w:pStyle w:val="Heading2"/>
        <w:rPr>
          <w:color w:val="7030A0"/>
          <w:sz w:val="24"/>
          <w:szCs w:val="24"/>
        </w:rPr>
      </w:pPr>
      <w:r w:rsidRPr="009606DE">
        <w:rPr>
          <w:color w:val="7030A0"/>
          <w:sz w:val="24"/>
          <w:szCs w:val="24"/>
        </w:rPr>
        <w:t>Phillis Wheatley 9</w:t>
      </w:r>
      <w:r w:rsidR="003A4F13" w:rsidRPr="009606DE">
        <w:rPr>
          <w:color w:val="7030A0"/>
          <w:sz w:val="24"/>
          <w:szCs w:val="24"/>
        </w:rPr>
        <w:t>8t</w:t>
      </w:r>
      <w:r w:rsidRPr="009606DE">
        <w:rPr>
          <w:color w:val="7030A0"/>
          <w:sz w:val="24"/>
          <w:szCs w:val="24"/>
        </w:rPr>
        <w:t>h Homecoming Parade Application</w:t>
      </w:r>
    </w:p>
    <w:p w14:paraId="619897AA" w14:textId="776D4649" w:rsidR="00171360" w:rsidRPr="009606DE" w:rsidRDefault="00000000">
      <w:pPr>
        <w:rPr>
          <w:sz w:val="24"/>
          <w:szCs w:val="24"/>
        </w:rPr>
      </w:pPr>
      <w:r w:rsidRPr="009606DE">
        <w:rPr>
          <w:sz w:val="24"/>
          <w:szCs w:val="24"/>
        </w:rPr>
        <w:t xml:space="preserve">DEADLINE: November </w:t>
      </w:r>
      <w:r w:rsidR="003A4F13" w:rsidRPr="009606DE">
        <w:rPr>
          <w:sz w:val="24"/>
          <w:szCs w:val="24"/>
        </w:rPr>
        <w:t>5</w:t>
      </w:r>
      <w:r w:rsidRPr="009606DE">
        <w:rPr>
          <w:sz w:val="24"/>
          <w:szCs w:val="24"/>
        </w:rPr>
        <w:t>, 202</w:t>
      </w:r>
      <w:r w:rsidR="003A4F13" w:rsidRPr="009606DE">
        <w:rPr>
          <w:sz w:val="24"/>
          <w:szCs w:val="24"/>
        </w:rPr>
        <w:t>5</w:t>
      </w:r>
    </w:p>
    <w:p w14:paraId="35FF4FB7" w14:textId="77777777" w:rsidR="00171360" w:rsidRPr="009606DE" w:rsidRDefault="00000000">
      <w:pPr>
        <w:rPr>
          <w:sz w:val="24"/>
          <w:szCs w:val="24"/>
        </w:rPr>
      </w:pPr>
      <w:r w:rsidRPr="009606DE">
        <w:rPr>
          <w:sz w:val="24"/>
          <w:szCs w:val="24"/>
        </w:rPr>
        <w:t>Name of Entry: ____________________________________________</w:t>
      </w:r>
    </w:p>
    <w:p w14:paraId="1EA1FC18" w14:textId="77777777" w:rsidR="00171360" w:rsidRPr="009606DE" w:rsidRDefault="00000000">
      <w:pPr>
        <w:rPr>
          <w:sz w:val="24"/>
          <w:szCs w:val="24"/>
        </w:rPr>
      </w:pPr>
      <w:r w:rsidRPr="009606DE">
        <w:rPr>
          <w:sz w:val="24"/>
          <w:szCs w:val="24"/>
        </w:rPr>
        <w:t>Date: ____________________________________________</w:t>
      </w:r>
    </w:p>
    <w:p w14:paraId="4750EBAD" w14:textId="77777777" w:rsidR="00171360" w:rsidRPr="009606DE" w:rsidRDefault="00000000">
      <w:pPr>
        <w:rPr>
          <w:sz w:val="24"/>
          <w:szCs w:val="24"/>
        </w:rPr>
      </w:pPr>
      <w:r w:rsidRPr="009606DE">
        <w:rPr>
          <w:sz w:val="24"/>
          <w:szCs w:val="24"/>
        </w:rPr>
        <w:t>Entry Contact Name: ____________________________________________</w:t>
      </w:r>
    </w:p>
    <w:p w14:paraId="066E2637" w14:textId="77777777" w:rsidR="00171360" w:rsidRPr="009606DE" w:rsidRDefault="00000000">
      <w:pPr>
        <w:rPr>
          <w:sz w:val="24"/>
          <w:szCs w:val="24"/>
        </w:rPr>
      </w:pPr>
      <w:r w:rsidRPr="009606DE">
        <w:rPr>
          <w:sz w:val="24"/>
          <w:szCs w:val="24"/>
        </w:rPr>
        <w:t>Address: ____________________________________________</w:t>
      </w:r>
    </w:p>
    <w:p w14:paraId="4ABCC1B4" w14:textId="77777777" w:rsidR="00171360" w:rsidRPr="009606DE" w:rsidRDefault="00000000">
      <w:pPr>
        <w:rPr>
          <w:sz w:val="24"/>
          <w:szCs w:val="24"/>
        </w:rPr>
      </w:pPr>
      <w:r w:rsidRPr="009606DE">
        <w:rPr>
          <w:sz w:val="24"/>
          <w:szCs w:val="24"/>
        </w:rPr>
        <w:t>City, State, Zip: ____________________________________________</w:t>
      </w:r>
    </w:p>
    <w:p w14:paraId="465FF94C" w14:textId="77777777" w:rsidR="00171360" w:rsidRPr="009606DE" w:rsidRDefault="00000000">
      <w:pPr>
        <w:rPr>
          <w:sz w:val="24"/>
          <w:szCs w:val="24"/>
        </w:rPr>
      </w:pPr>
      <w:r w:rsidRPr="009606DE">
        <w:rPr>
          <w:sz w:val="24"/>
          <w:szCs w:val="24"/>
        </w:rPr>
        <w:t>Home Phone: ____________________________________________</w:t>
      </w:r>
    </w:p>
    <w:p w14:paraId="6AEBA974" w14:textId="77777777" w:rsidR="00171360" w:rsidRPr="009606DE" w:rsidRDefault="00000000">
      <w:pPr>
        <w:rPr>
          <w:sz w:val="24"/>
          <w:szCs w:val="24"/>
        </w:rPr>
      </w:pPr>
      <w:r w:rsidRPr="009606DE">
        <w:rPr>
          <w:sz w:val="24"/>
          <w:szCs w:val="24"/>
        </w:rPr>
        <w:t>Business Phone: ____________________________________________</w:t>
      </w:r>
    </w:p>
    <w:p w14:paraId="6DD0C6F7" w14:textId="77777777" w:rsidR="00171360" w:rsidRPr="009606DE" w:rsidRDefault="00000000">
      <w:pPr>
        <w:rPr>
          <w:sz w:val="24"/>
          <w:szCs w:val="24"/>
        </w:rPr>
      </w:pPr>
      <w:r w:rsidRPr="009606DE">
        <w:rPr>
          <w:sz w:val="24"/>
          <w:szCs w:val="24"/>
        </w:rPr>
        <w:t>Cell Phone: ____________________________________________</w:t>
      </w:r>
    </w:p>
    <w:p w14:paraId="7D6DED6F" w14:textId="77777777" w:rsidR="00171360" w:rsidRPr="009606DE" w:rsidRDefault="00000000">
      <w:pPr>
        <w:rPr>
          <w:sz w:val="24"/>
          <w:szCs w:val="24"/>
        </w:rPr>
      </w:pPr>
      <w:r w:rsidRPr="009606DE">
        <w:rPr>
          <w:sz w:val="24"/>
          <w:szCs w:val="24"/>
        </w:rPr>
        <w:t>E-Mail address: ____________________________________________</w:t>
      </w:r>
    </w:p>
    <w:p w14:paraId="7D3AB754" w14:textId="77777777" w:rsidR="00171360" w:rsidRPr="009606DE" w:rsidRDefault="00000000">
      <w:pPr>
        <w:rPr>
          <w:sz w:val="24"/>
          <w:szCs w:val="24"/>
        </w:rPr>
      </w:pPr>
      <w:r w:rsidRPr="009606DE">
        <w:rPr>
          <w:sz w:val="24"/>
          <w:szCs w:val="24"/>
        </w:rPr>
        <w:t>Length of entry: ____________________________________________</w:t>
      </w:r>
    </w:p>
    <w:p w14:paraId="50980308" w14:textId="77777777" w:rsidR="00171360" w:rsidRPr="009606DE" w:rsidRDefault="00000000">
      <w:pPr>
        <w:rPr>
          <w:sz w:val="24"/>
          <w:szCs w:val="24"/>
        </w:rPr>
      </w:pPr>
      <w:r w:rsidRPr="009606DE">
        <w:rPr>
          <w:sz w:val="24"/>
          <w:szCs w:val="24"/>
        </w:rPr>
        <w:t># of people in entry: ____________________________________________</w:t>
      </w:r>
    </w:p>
    <w:p w14:paraId="72B92AF0" w14:textId="77777777" w:rsidR="00171360" w:rsidRPr="009606DE" w:rsidRDefault="00000000">
      <w:pPr>
        <w:rPr>
          <w:sz w:val="24"/>
          <w:szCs w:val="24"/>
        </w:rPr>
      </w:pPr>
      <w:r w:rsidRPr="009606DE">
        <w:rPr>
          <w:sz w:val="24"/>
          <w:szCs w:val="24"/>
        </w:rPr>
        <w:t># of vehicles in entry: ____________________________________________</w:t>
      </w:r>
    </w:p>
    <w:p w14:paraId="44B11BA5" w14:textId="77777777" w:rsidR="00171360" w:rsidRPr="009606DE" w:rsidRDefault="00000000">
      <w:pPr>
        <w:pStyle w:val="Heading3"/>
        <w:rPr>
          <w:color w:val="7030A0"/>
          <w:sz w:val="24"/>
          <w:szCs w:val="24"/>
        </w:rPr>
      </w:pPr>
      <w:r w:rsidRPr="009606DE">
        <w:rPr>
          <w:color w:val="7030A0"/>
          <w:sz w:val="24"/>
          <w:szCs w:val="24"/>
        </w:rPr>
        <w:t>Royalty Division - Car (Mr. &amp; Miss. Wheatley, Homecoming Court)</w:t>
      </w:r>
    </w:p>
    <w:p w14:paraId="597E567E" w14:textId="77777777" w:rsidR="00171360" w:rsidRPr="009606DE" w:rsidRDefault="00000000">
      <w:pPr>
        <w:rPr>
          <w:sz w:val="24"/>
          <w:szCs w:val="24"/>
        </w:rPr>
      </w:pPr>
      <w:r w:rsidRPr="009606DE">
        <w:rPr>
          <w:sz w:val="24"/>
          <w:szCs w:val="24"/>
        </w:rPr>
        <w:t>___________________________________________________________</w:t>
      </w:r>
    </w:p>
    <w:p w14:paraId="5EC8F989" w14:textId="77777777" w:rsidR="00171360" w:rsidRPr="009606DE" w:rsidRDefault="00000000">
      <w:pPr>
        <w:rPr>
          <w:sz w:val="24"/>
          <w:szCs w:val="24"/>
        </w:rPr>
      </w:pPr>
      <w:r w:rsidRPr="009606DE">
        <w:rPr>
          <w:sz w:val="24"/>
          <w:szCs w:val="24"/>
        </w:rPr>
        <w:t>NAME OF ORGANIZATION/CHURCH _______________________ COMMERCIAL ___ yes ___ no</w:t>
      </w:r>
    </w:p>
    <w:p w14:paraId="5F19EDD6" w14:textId="77777777" w:rsidR="00171360" w:rsidRPr="009606DE" w:rsidRDefault="00000000">
      <w:pPr>
        <w:pStyle w:val="Heading3"/>
        <w:rPr>
          <w:color w:val="7030A0"/>
          <w:sz w:val="24"/>
          <w:szCs w:val="24"/>
        </w:rPr>
      </w:pPr>
      <w:r w:rsidRPr="009606DE">
        <w:rPr>
          <w:color w:val="7030A0"/>
          <w:sz w:val="24"/>
          <w:szCs w:val="24"/>
        </w:rPr>
        <w:t>Bands and Drill Team Entries</w:t>
      </w:r>
    </w:p>
    <w:p w14:paraId="00C60842" w14:textId="77777777" w:rsidR="00171360" w:rsidRPr="009606DE" w:rsidRDefault="00000000">
      <w:pPr>
        <w:rPr>
          <w:sz w:val="24"/>
          <w:szCs w:val="24"/>
        </w:rPr>
      </w:pPr>
      <w:r w:rsidRPr="009606DE">
        <w:rPr>
          <w:sz w:val="24"/>
          <w:szCs w:val="24"/>
        </w:rPr>
        <w:t>Please include number of students/members</w:t>
      </w:r>
    </w:p>
    <w:p w14:paraId="48377377" w14:textId="77777777" w:rsidR="00171360" w:rsidRPr="009606DE" w:rsidRDefault="00000000">
      <w:pPr>
        <w:rPr>
          <w:sz w:val="24"/>
          <w:szCs w:val="24"/>
        </w:rPr>
      </w:pPr>
      <w:r w:rsidRPr="009606DE">
        <w:rPr>
          <w:sz w:val="24"/>
          <w:szCs w:val="24"/>
        </w:rPr>
        <w:lastRenderedPageBreak/>
        <w:t>Marching Band Name: _______________________________</w:t>
      </w:r>
    </w:p>
    <w:p w14:paraId="12556B82" w14:textId="77777777" w:rsidR="00171360" w:rsidRPr="009606DE" w:rsidRDefault="00000000">
      <w:pPr>
        <w:rPr>
          <w:sz w:val="24"/>
          <w:szCs w:val="24"/>
        </w:rPr>
      </w:pPr>
      <w:r w:rsidRPr="009606DE">
        <w:rPr>
          <w:sz w:val="24"/>
          <w:szCs w:val="24"/>
        </w:rPr>
        <w:t>Drill/Dance Team Name: _______________________________</w:t>
      </w:r>
    </w:p>
    <w:p w14:paraId="720A1FE8" w14:textId="77777777" w:rsidR="00171360" w:rsidRPr="009606DE" w:rsidRDefault="00000000">
      <w:pPr>
        <w:pStyle w:val="Heading3"/>
        <w:rPr>
          <w:color w:val="7030A0"/>
          <w:sz w:val="24"/>
          <w:szCs w:val="24"/>
        </w:rPr>
      </w:pPr>
      <w:r w:rsidRPr="009606DE">
        <w:rPr>
          <w:color w:val="7030A0"/>
          <w:sz w:val="24"/>
          <w:szCs w:val="24"/>
        </w:rPr>
        <w:t>Horse Division</w:t>
      </w:r>
    </w:p>
    <w:p w14:paraId="097704A4" w14:textId="77777777" w:rsidR="00171360" w:rsidRPr="009606DE" w:rsidRDefault="00000000">
      <w:pPr>
        <w:rPr>
          <w:sz w:val="24"/>
          <w:szCs w:val="24"/>
        </w:rPr>
      </w:pPr>
      <w:r w:rsidRPr="009606DE">
        <w:rPr>
          <w:sz w:val="24"/>
          <w:szCs w:val="24"/>
        </w:rPr>
        <w:t>Horse/Pony Hitches Name: ___________________________</w:t>
      </w:r>
    </w:p>
    <w:p w14:paraId="35F9B6B5" w14:textId="77777777" w:rsidR="00171360" w:rsidRPr="009606DE" w:rsidRDefault="00000000">
      <w:pPr>
        <w:rPr>
          <w:sz w:val="24"/>
          <w:szCs w:val="24"/>
        </w:rPr>
      </w:pPr>
      <w:r w:rsidRPr="009606DE">
        <w:rPr>
          <w:sz w:val="24"/>
          <w:szCs w:val="24"/>
        </w:rPr>
        <w:t>PLEASE NOTE: People with horses in parade must provide clean-up for them (i.e., horse bag, poop bag, etc.)</w:t>
      </w:r>
    </w:p>
    <w:p w14:paraId="47E32142" w14:textId="77777777" w:rsidR="00171360" w:rsidRPr="009606DE" w:rsidRDefault="00000000">
      <w:pPr>
        <w:rPr>
          <w:sz w:val="24"/>
          <w:szCs w:val="24"/>
        </w:rPr>
      </w:pPr>
      <w:r w:rsidRPr="009606DE">
        <w:rPr>
          <w:sz w:val="24"/>
          <w:szCs w:val="24"/>
        </w:rPr>
        <w:t>Adult and Youth Individual Rider Name(s): ___________________________</w:t>
      </w:r>
    </w:p>
    <w:p w14:paraId="6F7FC334" w14:textId="77777777" w:rsidR="00171360" w:rsidRPr="009606DE" w:rsidRDefault="00000000">
      <w:pPr>
        <w:pStyle w:val="Heading3"/>
        <w:rPr>
          <w:color w:val="7030A0"/>
          <w:sz w:val="24"/>
          <w:szCs w:val="24"/>
        </w:rPr>
      </w:pPr>
      <w:r w:rsidRPr="009606DE">
        <w:rPr>
          <w:color w:val="7030A0"/>
          <w:sz w:val="24"/>
          <w:szCs w:val="24"/>
        </w:rPr>
        <w:t>Motorcycle/Cars/Trucks/SUV Clubs</w:t>
      </w:r>
    </w:p>
    <w:p w14:paraId="1370A71E" w14:textId="77777777" w:rsidR="00171360" w:rsidRPr="009606DE" w:rsidRDefault="00000000">
      <w:pPr>
        <w:rPr>
          <w:sz w:val="24"/>
          <w:szCs w:val="24"/>
        </w:rPr>
      </w:pPr>
      <w:r w:rsidRPr="009606DE">
        <w:rPr>
          <w:sz w:val="24"/>
          <w:szCs w:val="24"/>
        </w:rPr>
        <w:t>Name of Individual: ___________________________</w:t>
      </w:r>
    </w:p>
    <w:p w14:paraId="63C7DBE0" w14:textId="77777777" w:rsidR="00171360" w:rsidRPr="009606DE" w:rsidRDefault="00000000">
      <w:pPr>
        <w:rPr>
          <w:sz w:val="24"/>
          <w:szCs w:val="24"/>
        </w:rPr>
      </w:pPr>
      <w:r w:rsidRPr="009606DE">
        <w:rPr>
          <w:sz w:val="24"/>
          <w:szCs w:val="24"/>
        </w:rPr>
        <w:t>Name of Group: ___________________________</w:t>
      </w:r>
    </w:p>
    <w:p w14:paraId="054B0023" w14:textId="77777777" w:rsidR="00171360" w:rsidRPr="009606DE" w:rsidRDefault="00000000">
      <w:pPr>
        <w:pStyle w:val="Heading3"/>
        <w:rPr>
          <w:color w:val="7030A0"/>
          <w:sz w:val="24"/>
          <w:szCs w:val="24"/>
        </w:rPr>
      </w:pPr>
      <w:r w:rsidRPr="009606DE">
        <w:rPr>
          <w:color w:val="7030A0"/>
          <w:sz w:val="24"/>
          <w:szCs w:val="24"/>
        </w:rPr>
        <w:t>Public Safety/Political</w:t>
      </w:r>
    </w:p>
    <w:p w14:paraId="2950F770" w14:textId="77777777" w:rsidR="00171360" w:rsidRPr="009606DE" w:rsidRDefault="00000000">
      <w:pPr>
        <w:rPr>
          <w:sz w:val="24"/>
          <w:szCs w:val="24"/>
        </w:rPr>
      </w:pPr>
      <w:r w:rsidRPr="009606DE">
        <w:rPr>
          <w:sz w:val="24"/>
          <w:szCs w:val="24"/>
        </w:rPr>
        <w:t>Political Name: ___________________________</w:t>
      </w:r>
    </w:p>
    <w:p w14:paraId="22314A6C" w14:textId="77777777" w:rsidR="00171360" w:rsidRPr="009606DE" w:rsidRDefault="00000000">
      <w:pPr>
        <w:rPr>
          <w:sz w:val="24"/>
          <w:szCs w:val="24"/>
        </w:rPr>
      </w:pPr>
      <w:r w:rsidRPr="009606DE">
        <w:rPr>
          <w:sz w:val="24"/>
          <w:szCs w:val="24"/>
        </w:rPr>
        <w:t>Law Enforcement: ___________________________</w:t>
      </w:r>
    </w:p>
    <w:p w14:paraId="5800D6B1" w14:textId="77777777" w:rsidR="00171360" w:rsidRPr="009606DE" w:rsidRDefault="00000000">
      <w:pPr>
        <w:rPr>
          <w:sz w:val="24"/>
          <w:szCs w:val="24"/>
        </w:rPr>
      </w:pPr>
      <w:r w:rsidRPr="009606DE">
        <w:rPr>
          <w:sz w:val="24"/>
          <w:szCs w:val="24"/>
        </w:rPr>
        <w:t>Fire Protection: ___________________________</w:t>
      </w:r>
    </w:p>
    <w:p w14:paraId="1A7A6D32" w14:textId="77777777" w:rsidR="009606DE" w:rsidRDefault="009606DE">
      <w:pPr>
        <w:pStyle w:val="Heading2"/>
        <w:rPr>
          <w:color w:val="7030A0"/>
          <w:sz w:val="24"/>
          <w:szCs w:val="24"/>
        </w:rPr>
      </w:pPr>
    </w:p>
    <w:p w14:paraId="0BEB0735" w14:textId="5798CAB5" w:rsidR="009606DE" w:rsidRPr="009606DE" w:rsidRDefault="00000000" w:rsidP="009606DE">
      <w:pPr>
        <w:pStyle w:val="Heading2"/>
        <w:rPr>
          <w:color w:val="7030A0"/>
          <w:sz w:val="24"/>
          <w:szCs w:val="24"/>
        </w:rPr>
      </w:pPr>
      <w:r w:rsidRPr="009606DE">
        <w:rPr>
          <w:color w:val="7030A0"/>
          <w:sz w:val="24"/>
          <w:szCs w:val="24"/>
        </w:rPr>
        <w:t>Hold Harmless Agreement</w:t>
      </w:r>
    </w:p>
    <w:p w14:paraId="3376A388" w14:textId="30D1B23D" w:rsidR="00171360" w:rsidRPr="009606DE" w:rsidRDefault="00000000">
      <w:pPr>
        <w:rPr>
          <w:sz w:val="24"/>
          <w:szCs w:val="24"/>
        </w:rPr>
      </w:pPr>
      <w:r w:rsidRPr="009606DE">
        <w:rPr>
          <w:sz w:val="24"/>
          <w:szCs w:val="24"/>
        </w:rPr>
        <w:t>I (we) assume all risk of bodily injury or property damage that I/we may incur in participating in the Phillis Wheatley 9</w:t>
      </w:r>
      <w:r w:rsidR="009606DE">
        <w:rPr>
          <w:sz w:val="24"/>
          <w:szCs w:val="24"/>
        </w:rPr>
        <w:t>8</w:t>
      </w:r>
      <w:r w:rsidRPr="009606DE">
        <w:rPr>
          <w:sz w:val="24"/>
          <w:szCs w:val="24"/>
        </w:rPr>
        <w:t>th Annual Parade and I/we hereby, for myself, my child, my heirs, executors and administrators to hereby, expressly and forever waive and release any and all claims against and agree to hold harmless the Phillis Wheatley Alumni and the 9</w:t>
      </w:r>
      <w:r w:rsidR="009606DE">
        <w:rPr>
          <w:sz w:val="24"/>
          <w:szCs w:val="24"/>
        </w:rPr>
        <w:t>8</w:t>
      </w:r>
      <w:r w:rsidRPr="009606DE">
        <w:rPr>
          <w:sz w:val="24"/>
          <w:szCs w:val="24"/>
        </w:rPr>
        <w:t xml:space="preserve">th Parade Committee, the event director, Phillis Wheatley High School, the Houston Independent School District, the City of Houston and all their respective officers, employees, agents, representatives, successors or assigns of any kind from any and all claims which may be made for any cause whatsoever arising as a result of or in connection with participation in the herein mentioned event. By signing, I also certify that I will provide proof of insurance. </w:t>
      </w:r>
      <w:proofErr w:type="gramStart"/>
      <w:r w:rsidRPr="009606DE">
        <w:rPr>
          <w:sz w:val="24"/>
          <w:szCs w:val="24"/>
        </w:rPr>
        <w:t>I (we)</w:t>
      </w:r>
      <w:proofErr w:type="gramEnd"/>
      <w:r w:rsidRPr="009606DE">
        <w:rPr>
          <w:sz w:val="24"/>
          <w:szCs w:val="24"/>
        </w:rPr>
        <w:t xml:space="preserve"> have read </w:t>
      </w:r>
      <w:r w:rsidR="009606DE" w:rsidRPr="009606DE">
        <w:rPr>
          <w:sz w:val="24"/>
          <w:szCs w:val="24"/>
        </w:rPr>
        <w:t>PHILLIS</w:t>
      </w:r>
      <w:r w:rsidRPr="009606DE">
        <w:rPr>
          <w:sz w:val="24"/>
          <w:szCs w:val="24"/>
        </w:rPr>
        <w:t xml:space="preserve"> WHEATLEY PARADE GUIDELINES and agree to adhere to the rules set forth.</w:t>
      </w:r>
    </w:p>
    <w:p w14:paraId="5E6CDB0D" w14:textId="65BBCFE2" w:rsidR="009606DE" w:rsidRDefault="00000000">
      <w:pPr>
        <w:rPr>
          <w:sz w:val="24"/>
          <w:szCs w:val="24"/>
        </w:rPr>
      </w:pPr>
      <w:r w:rsidRPr="009606DE">
        <w:rPr>
          <w:sz w:val="24"/>
          <w:szCs w:val="24"/>
        </w:rPr>
        <w:t>Signature of Responsible Party: ___________________________</w:t>
      </w:r>
    </w:p>
    <w:p w14:paraId="00A409D9" w14:textId="073D86E6" w:rsidR="00171360" w:rsidRPr="009606DE" w:rsidRDefault="00000000">
      <w:pPr>
        <w:rPr>
          <w:sz w:val="24"/>
          <w:szCs w:val="24"/>
        </w:rPr>
      </w:pPr>
      <w:r w:rsidRPr="009606DE">
        <w:rPr>
          <w:sz w:val="24"/>
          <w:szCs w:val="24"/>
        </w:rPr>
        <w:t>Date: ___________________________</w:t>
      </w:r>
    </w:p>
    <w:p w14:paraId="4B526156" w14:textId="6190B35B" w:rsidR="009606DE" w:rsidRDefault="009606DE">
      <w:pPr>
        <w:rPr>
          <w:sz w:val="24"/>
          <w:szCs w:val="24"/>
        </w:rPr>
      </w:pPr>
    </w:p>
    <w:p w14:paraId="18BA5534" w14:textId="77777777" w:rsidR="009606DE" w:rsidRDefault="009606DE">
      <w:pPr>
        <w:rPr>
          <w:sz w:val="24"/>
          <w:szCs w:val="24"/>
        </w:rPr>
      </w:pPr>
    </w:p>
    <w:p w14:paraId="301A730B" w14:textId="3F635A6C" w:rsidR="00171360" w:rsidRPr="009606DE" w:rsidRDefault="009606DE">
      <w:pPr>
        <w:rPr>
          <w:sz w:val="24"/>
          <w:szCs w:val="24"/>
        </w:rPr>
      </w:pPr>
      <w:r>
        <w:rPr>
          <w:sz w:val="24"/>
          <w:szCs w:val="24"/>
        </w:rPr>
        <w:t>M</w:t>
      </w:r>
      <w:r w:rsidR="00000000" w:rsidRPr="009606DE">
        <w:rPr>
          <w:sz w:val="24"/>
          <w:szCs w:val="24"/>
        </w:rPr>
        <w:t>ail to: PHILLIS WHEATLEY 9</w:t>
      </w:r>
      <w:r w:rsidR="003A4F13" w:rsidRPr="009606DE">
        <w:rPr>
          <w:sz w:val="24"/>
          <w:szCs w:val="24"/>
        </w:rPr>
        <w:t>8</w:t>
      </w:r>
      <w:r w:rsidR="00000000" w:rsidRPr="009606DE">
        <w:rPr>
          <w:sz w:val="24"/>
          <w:szCs w:val="24"/>
        </w:rPr>
        <w:t>th ANNUAL HOMECOMING PARADE COMMITTEE</w:t>
      </w:r>
      <w:r w:rsidR="00000000" w:rsidRPr="009606DE">
        <w:rPr>
          <w:sz w:val="24"/>
          <w:szCs w:val="24"/>
        </w:rPr>
        <w:br/>
        <w:t xml:space="preserve">4801 Providence St., Houston, Texas 77020 or scan and email to </w:t>
      </w:r>
      <w:r w:rsidR="003A4F13" w:rsidRPr="009606DE">
        <w:rPr>
          <w:sz w:val="24"/>
          <w:szCs w:val="24"/>
        </w:rPr>
        <w:t>Courtney.reed</w:t>
      </w:r>
      <w:r w:rsidR="00000000" w:rsidRPr="009606DE">
        <w:rPr>
          <w:sz w:val="24"/>
          <w:szCs w:val="24"/>
        </w:rPr>
        <w:t>@houstonisd.org.</w:t>
      </w:r>
      <w:r w:rsidR="00000000" w:rsidRPr="009606DE">
        <w:rPr>
          <w:sz w:val="24"/>
          <w:szCs w:val="24"/>
        </w:rPr>
        <w:br/>
      </w:r>
      <w:r w:rsidR="00000000" w:rsidRPr="009606DE">
        <w:rPr>
          <w:sz w:val="24"/>
          <w:szCs w:val="24"/>
        </w:rPr>
        <w:br/>
        <w:t xml:space="preserve">Applications can also be hand delivered to the school by the due date. Drop off at the front office and let them know it needs to be given to </w:t>
      </w:r>
      <w:r w:rsidR="003A4F13" w:rsidRPr="009606DE">
        <w:rPr>
          <w:sz w:val="24"/>
          <w:szCs w:val="24"/>
        </w:rPr>
        <w:t>Courtney Reed.</w:t>
      </w:r>
    </w:p>
    <w:sectPr w:rsidR="00171360" w:rsidRPr="009606D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47066081">
    <w:abstractNumId w:val="8"/>
  </w:num>
  <w:num w:numId="2" w16cid:durableId="1946887023">
    <w:abstractNumId w:val="6"/>
  </w:num>
  <w:num w:numId="3" w16cid:durableId="53897321">
    <w:abstractNumId w:val="5"/>
  </w:num>
  <w:num w:numId="4" w16cid:durableId="1763180853">
    <w:abstractNumId w:val="4"/>
  </w:num>
  <w:num w:numId="5" w16cid:durableId="1945460514">
    <w:abstractNumId w:val="7"/>
  </w:num>
  <w:num w:numId="6" w16cid:durableId="373309346">
    <w:abstractNumId w:val="3"/>
  </w:num>
  <w:num w:numId="7" w16cid:durableId="1733499636">
    <w:abstractNumId w:val="2"/>
  </w:num>
  <w:num w:numId="8" w16cid:durableId="1886016510">
    <w:abstractNumId w:val="1"/>
  </w:num>
  <w:num w:numId="9" w16cid:durableId="11352908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71360"/>
    <w:rsid w:val="0029639D"/>
    <w:rsid w:val="00326F90"/>
    <w:rsid w:val="003A4F13"/>
    <w:rsid w:val="005A0AAE"/>
    <w:rsid w:val="009606DE"/>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E4B8DC"/>
  <w14:defaultImageDpi w14:val="300"/>
  <w15:docId w15:val="{6BDD9317-9C6F-43BE-8CA4-A6FA1AAC9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531</Words>
  <Characters>3659</Characters>
  <Application>Microsoft Office Word</Application>
  <DocSecurity>0</DocSecurity>
  <Lines>81</Lines>
  <Paragraphs>53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4137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Reed, Courtney J</cp:lastModifiedBy>
  <cp:revision>2</cp:revision>
  <dcterms:created xsi:type="dcterms:W3CDTF">2025-10-27T18:40:00Z</dcterms:created>
  <dcterms:modified xsi:type="dcterms:W3CDTF">2025-10-27T18:40:00Z</dcterms:modified>
  <cp:category/>
</cp:coreProperties>
</file>